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4712D" w14:textId="77777777" w:rsidR="009D224A" w:rsidRPr="00A36679" w:rsidRDefault="00811670">
      <w:pPr>
        <w:pStyle w:val="Title"/>
        <w:jc w:val="center"/>
        <w:rPr>
          <w:rFonts w:ascii="Aptos" w:hAnsi="Aptos"/>
        </w:rPr>
      </w:pPr>
      <w:r w:rsidRPr="00A36679">
        <w:rPr>
          <w:rFonts w:ascii="Aptos" w:hAnsi="Aptos"/>
        </w:rPr>
        <w:t>SECTION 1</w:t>
      </w:r>
    </w:p>
    <w:p w14:paraId="1DB697ED" w14:textId="77777777" w:rsidR="009D224A" w:rsidRPr="00A36679" w:rsidRDefault="00811670">
      <w:pPr>
        <w:pStyle w:val="Heading1"/>
        <w:jc w:val="center"/>
        <w:rPr>
          <w:rFonts w:ascii="Aptos" w:hAnsi="Aptos"/>
        </w:rPr>
      </w:pPr>
      <w:r w:rsidRPr="00A36679">
        <w:rPr>
          <w:rFonts w:ascii="Aptos" w:hAnsi="Aptos"/>
        </w:rPr>
        <w:t>Invitation to Bid</w:t>
      </w:r>
    </w:p>
    <w:p w14:paraId="00EF2B01" w14:textId="77777777" w:rsidR="009D224A" w:rsidRPr="00A36679" w:rsidRDefault="00811670">
      <w:pPr>
        <w:pStyle w:val="Heading2"/>
        <w:jc w:val="center"/>
        <w:rPr>
          <w:rFonts w:ascii="Aptos" w:hAnsi="Aptos"/>
        </w:rPr>
      </w:pPr>
      <w:r w:rsidRPr="00A36679">
        <w:rPr>
          <w:rFonts w:ascii="Aptos" w:hAnsi="Aptos"/>
        </w:rPr>
        <w:t>Notice to Contractors</w:t>
      </w:r>
    </w:p>
    <w:p w14:paraId="725178E9" w14:textId="77777777" w:rsidR="009D224A" w:rsidRPr="00A36679" w:rsidRDefault="00811670">
      <w:pPr>
        <w:pStyle w:val="Heading2"/>
        <w:rPr>
          <w:rFonts w:ascii="Aptos" w:hAnsi="Aptos"/>
        </w:rPr>
      </w:pPr>
      <w:r w:rsidRPr="00A36679">
        <w:rPr>
          <w:rFonts w:ascii="Aptos" w:hAnsi="Aptos"/>
        </w:rPr>
        <w:t>Insert Project Name Here</w:t>
      </w:r>
    </w:p>
    <w:p w14:paraId="3A9881A6" w14:textId="77777777" w:rsidR="009D224A" w:rsidRPr="00A36679" w:rsidRDefault="00811670">
      <w:r w:rsidRPr="00A36679">
        <w:t xml:space="preserve">Documents and plans for [Insert Project #] are available at </w:t>
      </w:r>
      <w:hyperlink r:id="rId8">
        <w:r w:rsidR="009D224A" w:rsidRPr="00A36679">
          <w:rPr>
            <w:color w:val="0645AD"/>
            <w:u w:val="single"/>
          </w:rPr>
          <w:t>City of Clearwater procurement webpage</w:t>
        </w:r>
      </w:hyperlink>
      <w:r w:rsidRPr="00A36679">
        <w:t>.</w:t>
      </w:r>
    </w:p>
    <w:p w14:paraId="07B29E31" w14:textId="77777777" w:rsidR="009D224A" w:rsidRPr="00A36679" w:rsidRDefault="00811670">
      <w:pPr>
        <w:pStyle w:val="Heading2"/>
        <w:rPr>
          <w:rFonts w:ascii="Aptos" w:hAnsi="Aptos"/>
        </w:rPr>
      </w:pPr>
      <w:r w:rsidRPr="00A36679">
        <w:rPr>
          <w:rFonts w:ascii="Aptos" w:hAnsi="Aptos"/>
        </w:rPr>
        <w:t>The work includes:</w:t>
      </w:r>
    </w:p>
    <w:p w14:paraId="6A6B6BF4" w14:textId="77777777" w:rsidR="009D224A" w:rsidRPr="00A36679" w:rsidRDefault="00811670">
      <w:r w:rsidRPr="00A36679">
        <w:t>[Insert key words describing project here]</w:t>
      </w:r>
    </w:p>
    <w:p w14:paraId="36196BA6" w14:textId="77777777" w:rsidR="009D224A" w:rsidRPr="00A36679" w:rsidRDefault="00811670">
      <w:pPr>
        <w:pStyle w:val="Heading2"/>
        <w:rPr>
          <w:rFonts w:ascii="Aptos" w:hAnsi="Aptos"/>
        </w:rPr>
      </w:pPr>
      <w:r w:rsidRPr="00A36679">
        <w:rPr>
          <w:rFonts w:ascii="Aptos" w:hAnsi="Aptos"/>
        </w:rPr>
        <w:t>Bid details</w:t>
      </w:r>
    </w:p>
    <w:p w14:paraId="08438A63" w14:textId="77777777" w:rsidR="009D224A" w:rsidRPr="00A36679" w:rsidRDefault="00811670">
      <w:r w:rsidRPr="00A36679">
        <w:rPr>
          <w:b/>
        </w:rPr>
        <w:t xml:space="preserve">Pre-Bid Conference: </w:t>
      </w:r>
      <w:r w:rsidRPr="00A36679">
        <w:t>[Insert Date &amp; Time here]</w:t>
      </w:r>
    </w:p>
    <w:p w14:paraId="2220AB98" w14:textId="77777777" w:rsidR="009D224A" w:rsidRPr="00A36679" w:rsidRDefault="00811670">
      <w:r w:rsidRPr="00A36679">
        <w:rPr>
          <w:b/>
        </w:rPr>
        <w:t xml:space="preserve">Pre-Bid Conference Location: </w:t>
      </w:r>
      <w:r w:rsidRPr="00A36679">
        <w:t>[Insert location here]</w:t>
      </w:r>
    </w:p>
    <w:p w14:paraId="5A639F76" w14:textId="77777777" w:rsidR="009D224A" w:rsidRPr="00A36679" w:rsidRDefault="00811670">
      <w:r w:rsidRPr="00A36679">
        <w:rPr>
          <w:b/>
        </w:rPr>
        <w:t xml:space="preserve">Pre-qualification Deadline: </w:t>
      </w:r>
      <w:r w:rsidRPr="00A36679">
        <w:t>[Insert Date]</w:t>
      </w:r>
    </w:p>
    <w:p w14:paraId="3AE96961" w14:textId="77777777" w:rsidR="009D224A" w:rsidRPr="00A36679" w:rsidRDefault="00811670">
      <w:r w:rsidRPr="00A36679">
        <w:rPr>
          <w:b/>
        </w:rPr>
        <w:t xml:space="preserve">Category: </w:t>
      </w:r>
      <w:r w:rsidRPr="00A36679">
        <w:t>[Insert Category Type]</w:t>
      </w:r>
    </w:p>
    <w:p w14:paraId="277C7D37" w14:textId="77777777" w:rsidR="009D224A" w:rsidRPr="00A36679" w:rsidRDefault="00811670">
      <w:r w:rsidRPr="00A36679">
        <w:rPr>
          <w:b/>
        </w:rPr>
        <w:t xml:space="preserve">Pre-qualification Amount: </w:t>
      </w:r>
      <w:r w:rsidRPr="00A36679">
        <w:t>[Insert amount]</w:t>
      </w:r>
    </w:p>
    <w:p w14:paraId="6DDC6BB0" w14:textId="77777777" w:rsidR="009D224A" w:rsidRPr="00A36679" w:rsidRDefault="00811670">
      <w:r w:rsidRPr="00A36679">
        <w:rPr>
          <w:b/>
        </w:rPr>
        <w:t xml:space="preserve">Bids Due: </w:t>
      </w:r>
      <w:r w:rsidRPr="00A36679">
        <w:t>[Insert Date &amp; Time here]</w:t>
      </w:r>
    </w:p>
    <w:p w14:paraId="3C1C2E6E" w14:textId="77777777" w:rsidR="009D224A" w:rsidRPr="00A36679" w:rsidRDefault="00811670">
      <w:r w:rsidRPr="00A36679">
        <w:rPr>
          <w:b/>
        </w:rPr>
        <w:t xml:space="preserve">Bid Opening: </w:t>
      </w:r>
      <w:r w:rsidRPr="00A36679">
        <w:t>[Insert Date &amp; Time here]</w:t>
      </w:r>
    </w:p>
    <w:p w14:paraId="202E1698" w14:textId="77777777" w:rsidR="009D224A" w:rsidRPr="00A36679" w:rsidRDefault="00811670">
      <w:r w:rsidRPr="00A36679">
        <w:rPr>
          <w:b/>
        </w:rPr>
        <w:t xml:space="preserve">Bid Opening Location: </w:t>
      </w:r>
      <w:r w:rsidRPr="00A36679">
        <w:t>[Insert location here]</w:t>
      </w:r>
    </w:p>
    <w:p w14:paraId="23257686" w14:textId="77777777" w:rsidR="009D224A" w:rsidRPr="00A36679" w:rsidRDefault="00811670">
      <w:pPr>
        <w:pStyle w:val="Heading2"/>
        <w:rPr>
          <w:rFonts w:ascii="Aptos" w:hAnsi="Aptos"/>
        </w:rPr>
      </w:pPr>
      <w:r w:rsidRPr="00A36679">
        <w:rPr>
          <w:rFonts w:ascii="Aptos" w:hAnsi="Aptos"/>
        </w:rPr>
        <w:t>Submission office</w:t>
      </w:r>
    </w:p>
    <w:p w14:paraId="6F40BA15" w14:textId="77777777" w:rsidR="009D224A" w:rsidRPr="00A36679" w:rsidRDefault="00811670">
      <w:r w:rsidRPr="00A36679">
        <w:t>City of Clearwater, [Insert Project #]</w:t>
      </w:r>
    </w:p>
    <w:p w14:paraId="212FBBCE" w14:textId="77777777" w:rsidR="009D224A" w:rsidRPr="00A36679" w:rsidRDefault="00811670">
      <w:r w:rsidRPr="00A36679">
        <w:t>Finance - Procurement Office</w:t>
      </w:r>
    </w:p>
    <w:p w14:paraId="3F449132" w14:textId="77777777" w:rsidR="009D224A" w:rsidRPr="00A36679" w:rsidRDefault="00811670">
      <w:r w:rsidRPr="00A36679">
        <w:t>PO Box 4748, Clearwater, FL 33758-4748</w:t>
      </w:r>
    </w:p>
    <w:p w14:paraId="44831051" w14:textId="77777777" w:rsidR="009D224A" w:rsidRPr="00A36679" w:rsidRDefault="00811670">
      <w:r w:rsidRPr="00A36679">
        <w:t>Issued by Lori Vogel, CPPB, Procurement Manager</w:t>
      </w:r>
    </w:p>
    <w:p w14:paraId="7315D581" w14:textId="77777777" w:rsidR="009D224A" w:rsidRPr="00A36679" w:rsidRDefault="00811670">
      <w:pPr>
        <w:pStyle w:val="Heading2"/>
        <w:rPr>
          <w:rFonts w:ascii="Aptos" w:hAnsi="Aptos"/>
        </w:rPr>
      </w:pPr>
      <w:r w:rsidRPr="00A36679">
        <w:rPr>
          <w:rFonts w:ascii="Aptos" w:hAnsi="Aptos"/>
        </w:rPr>
        <w:t>Additional information</w:t>
      </w:r>
    </w:p>
    <w:p w14:paraId="27ACAD27" w14:textId="77777777" w:rsidR="009D224A" w:rsidRPr="00A36679" w:rsidRDefault="00811670">
      <w:r w:rsidRPr="00A36679">
        <w:t>Public Works Department/Engineering: (727) 562-4750</w:t>
      </w:r>
    </w:p>
    <w:sectPr w:rsidR="009D224A" w:rsidRPr="00A36679" w:rsidSect="00034616">
      <w:footerReference w:type="default" r:id="rId9"/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A8A53" w14:textId="77777777" w:rsidR="00811670" w:rsidRDefault="00811670">
      <w:pPr>
        <w:spacing w:after="0" w:line="240" w:lineRule="auto"/>
      </w:pPr>
      <w:r>
        <w:separator/>
      </w:r>
    </w:p>
  </w:endnote>
  <w:endnote w:type="continuationSeparator" w:id="0">
    <w:p w14:paraId="4EA3561A" w14:textId="77777777" w:rsidR="00811670" w:rsidRDefault="00811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CE684" w14:textId="77777777" w:rsidR="009D224A" w:rsidRDefault="00811670">
    <w:r>
      <w:rPr>
        <w:sz w:val="18"/>
      </w:rPr>
      <w:t xml:space="preserve">SECTION </w:t>
    </w:r>
    <w:proofErr w:type="gramStart"/>
    <w:r>
      <w:rPr>
        <w:sz w:val="18"/>
      </w:rPr>
      <w:t>I  |</w:t>
    </w:r>
    <w:proofErr w:type="gramEnd"/>
    <w:r>
      <w:rPr>
        <w:sz w:val="18"/>
      </w:rPr>
      <w:t xml:space="preserve">  Page </w:t>
    </w:r>
    <w:proofErr w:type="gramStart"/>
    <w:r>
      <w:rPr>
        <w:sz w:val="18"/>
      </w:rPr>
      <w:t>1  |</w:t>
    </w:r>
    <w:proofErr w:type="gramEnd"/>
    <w:r>
      <w:rPr>
        <w:sz w:val="18"/>
      </w:rPr>
      <w:t xml:space="preserve">  Updated 7/9/2025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8B0EA" w14:textId="77777777" w:rsidR="00811670" w:rsidRDefault="00811670">
      <w:pPr>
        <w:spacing w:after="0" w:line="240" w:lineRule="auto"/>
      </w:pPr>
      <w:r>
        <w:separator/>
      </w:r>
    </w:p>
  </w:footnote>
  <w:footnote w:type="continuationSeparator" w:id="0">
    <w:p w14:paraId="5B2B591E" w14:textId="77777777" w:rsidR="00811670" w:rsidRDefault="008116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93803684">
    <w:abstractNumId w:val="8"/>
  </w:num>
  <w:num w:numId="2" w16cid:durableId="2130082243">
    <w:abstractNumId w:val="6"/>
  </w:num>
  <w:num w:numId="3" w16cid:durableId="1953322138">
    <w:abstractNumId w:val="5"/>
  </w:num>
  <w:num w:numId="4" w16cid:durableId="1137141768">
    <w:abstractNumId w:val="4"/>
  </w:num>
  <w:num w:numId="5" w16cid:durableId="1381398316">
    <w:abstractNumId w:val="7"/>
  </w:num>
  <w:num w:numId="6" w16cid:durableId="1621305664">
    <w:abstractNumId w:val="3"/>
  </w:num>
  <w:num w:numId="7" w16cid:durableId="2035181099">
    <w:abstractNumId w:val="2"/>
  </w:num>
  <w:num w:numId="8" w16cid:durableId="666248647">
    <w:abstractNumId w:val="1"/>
  </w:num>
  <w:num w:numId="9" w16cid:durableId="652831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0AB2"/>
    <w:rsid w:val="0015074B"/>
    <w:rsid w:val="0029639D"/>
    <w:rsid w:val="00326F90"/>
    <w:rsid w:val="00600D8B"/>
    <w:rsid w:val="00811670"/>
    <w:rsid w:val="009D224A"/>
    <w:rsid w:val="00A36679"/>
    <w:rsid w:val="00AA1D8D"/>
    <w:rsid w:val="00B47730"/>
    <w:rsid w:val="00BE266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DBD1E293-A636-4DF9-9451-FC62A2948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color w:val="1919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42D4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42D4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42D46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yclearwater.com/Business-Development/Doing-Business-with-the-Cit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1 - Invitation to Bid - Notice to Contractors</dc:title>
  <dc:subject>Accessible procurement notice template</dc:subject>
  <dc:creator>python-docx</dc:creator>
  <cp:keywords/>
  <dc:description>generated by python-docx</dc:description>
  <cp:lastModifiedBy>Hmielewski, Joyelan</cp:lastModifiedBy>
  <cp:revision>2</cp:revision>
  <dcterms:created xsi:type="dcterms:W3CDTF">2026-10-16T13:43:00Z</dcterms:created>
  <dcterms:modified xsi:type="dcterms:W3CDTF">2026-10-16T13:43:00Z</dcterms:modified>
  <cp:category/>
  <dc:language>en-US</dc:language>
</cp:coreProperties>
</file>